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1D1D" w14:textId="01B888B4" w:rsidR="001147E2" w:rsidRPr="006258B3" w:rsidRDefault="00C8245F">
      <w:pPr>
        <w:jc w:val="center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  <w:b/>
          <w:sz w:val="28"/>
        </w:rPr>
        <w:t>DICHIARAZIONE SOSTITUTIVA DELL'ATTO DI NOTORIETA'</w:t>
      </w:r>
      <w:r w:rsidRPr="006258B3">
        <w:rPr>
          <w:rFonts w:ascii="Times New Roman" w:hAnsi="Times New Roman" w:cs="Times New Roman"/>
          <w:b/>
          <w:sz w:val="28"/>
        </w:rPr>
        <w:br/>
      </w:r>
    </w:p>
    <w:p w14:paraId="6422C9FC" w14:textId="047B4990" w:rsidR="001147E2" w:rsidRPr="006258B3" w:rsidRDefault="00000000">
      <w:pPr>
        <w:jc w:val="center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(art. 47 D.P.R. 28 Dicembre 2000, n° 445)</w:t>
      </w:r>
    </w:p>
    <w:p w14:paraId="25ABAA7B" w14:textId="77777777" w:rsidR="001147E2" w:rsidRPr="006258B3" w:rsidRDefault="001147E2">
      <w:pPr>
        <w:rPr>
          <w:rFonts w:ascii="Times New Roman" w:hAnsi="Times New Roman" w:cs="Times New Roman"/>
        </w:rPr>
      </w:pPr>
    </w:p>
    <w:p w14:paraId="01849261" w14:textId="2F8557CB" w:rsidR="001147E2" w:rsidRPr="006258B3" w:rsidRDefault="00000000" w:rsidP="0092615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Il/La</w:t>
      </w:r>
      <w:r w:rsidR="00430CDE" w:rsidRPr="006258B3">
        <w:rPr>
          <w:rFonts w:ascii="Times New Roman" w:hAnsi="Times New Roman" w:cs="Times New Roman"/>
        </w:rPr>
        <w:t xml:space="preserve"> </w:t>
      </w:r>
      <w:r w:rsidRPr="006258B3">
        <w:rPr>
          <w:rFonts w:ascii="Times New Roman" w:hAnsi="Times New Roman" w:cs="Times New Roman"/>
        </w:rPr>
        <w:t>sottoscritto/a</w:t>
      </w:r>
      <w:r w:rsidR="00430CDE" w:rsidRPr="006258B3">
        <w:rPr>
          <w:rFonts w:ascii="Times New Roman" w:hAnsi="Times New Roman" w:cs="Times New Roman"/>
        </w:rPr>
        <w:t xml:space="preserve"> _______________________________________ </w:t>
      </w:r>
      <w:r w:rsidRPr="006258B3">
        <w:rPr>
          <w:rFonts w:ascii="Times New Roman" w:hAnsi="Times New Roman" w:cs="Times New Roman"/>
        </w:rPr>
        <w:t>C.F. ___________________</w:t>
      </w:r>
      <w:r w:rsidR="00430CDE" w:rsidRPr="006258B3">
        <w:rPr>
          <w:rFonts w:ascii="Times New Roman" w:hAnsi="Times New Roman" w:cs="Times New Roman"/>
        </w:rPr>
        <w:t xml:space="preserve"> </w:t>
      </w:r>
      <w:r w:rsidRPr="006258B3">
        <w:rPr>
          <w:rFonts w:ascii="Times New Roman" w:hAnsi="Times New Roman" w:cs="Times New Roman"/>
        </w:rPr>
        <w:t>residente in Via ______</w:t>
      </w:r>
      <w:r w:rsidR="00430CDE" w:rsidRPr="006258B3">
        <w:rPr>
          <w:rFonts w:ascii="Times New Roman" w:hAnsi="Times New Roman" w:cs="Times New Roman"/>
        </w:rPr>
        <w:t>___________________________</w:t>
      </w:r>
      <w:r w:rsidRPr="006258B3">
        <w:rPr>
          <w:rFonts w:ascii="Times New Roman" w:hAnsi="Times New Roman" w:cs="Times New Roman"/>
        </w:rPr>
        <w:t>__</w:t>
      </w:r>
      <w:r w:rsidR="00430CDE" w:rsidRPr="006258B3">
        <w:rPr>
          <w:rFonts w:ascii="Times New Roman" w:hAnsi="Times New Roman" w:cs="Times New Roman"/>
        </w:rPr>
        <w:t>____________</w:t>
      </w:r>
      <w:r w:rsidRPr="006258B3">
        <w:rPr>
          <w:rFonts w:ascii="Times New Roman" w:hAnsi="Times New Roman" w:cs="Times New Roman"/>
        </w:rPr>
        <w:t>___ n° ______</w:t>
      </w:r>
      <w:r w:rsidR="00F76DC7" w:rsidRPr="006258B3">
        <w:rPr>
          <w:rFonts w:ascii="Times New Roman" w:hAnsi="Times New Roman" w:cs="Times New Roman"/>
        </w:rPr>
        <w:t>_</w:t>
      </w:r>
      <w:r w:rsidRPr="006258B3">
        <w:rPr>
          <w:rFonts w:ascii="Times New Roman" w:hAnsi="Times New Roman" w:cs="Times New Roman"/>
        </w:rPr>
        <w:t xml:space="preserve"> tel./cell. ______</w:t>
      </w:r>
      <w:r w:rsidR="00430CDE" w:rsidRPr="006258B3">
        <w:rPr>
          <w:rFonts w:ascii="Times New Roman" w:hAnsi="Times New Roman" w:cs="Times New Roman"/>
        </w:rPr>
        <w:t>_________</w:t>
      </w:r>
      <w:r w:rsidRPr="006258B3">
        <w:rPr>
          <w:rFonts w:ascii="Times New Roman" w:hAnsi="Times New Roman" w:cs="Times New Roman"/>
        </w:rPr>
        <w:t>_</w:t>
      </w:r>
      <w:r w:rsidR="00926154" w:rsidRPr="006258B3">
        <w:rPr>
          <w:rFonts w:ascii="Times New Roman" w:hAnsi="Times New Roman" w:cs="Times New Roman"/>
        </w:rPr>
        <w:t xml:space="preserve">_ </w:t>
      </w:r>
      <w:r w:rsidRPr="006258B3">
        <w:rPr>
          <w:rFonts w:ascii="Times New Roman" w:hAnsi="Times New Roman" w:cs="Times New Roman"/>
        </w:rPr>
        <w:t xml:space="preserve">genitore di </w:t>
      </w:r>
      <w:r w:rsidR="00926154" w:rsidRPr="006258B3">
        <w:rPr>
          <w:rFonts w:ascii="Times New Roman" w:hAnsi="Times New Roman" w:cs="Times New Roman"/>
        </w:rPr>
        <w:t>__</w:t>
      </w:r>
      <w:r w:rsidRPr="006258B3">
        <w:rPr>
          <w:rFonts w:ascii="Times New Roman" w:hAnsi="Times New Roman" w:cs="Times New Roman"/>
        </w:rPr>
        <w:t>_</w:t>
      </w:r>
      <w:r w:rsidR="00430CDE" w:rsidRPr="006258B3">
        <w:rPr>
          <w:rFonts w:ascii="Times New Roman" w:hAnsi="Times New Roman" w:cs="Times New Roman"/>
        </w:rPr>
        <w:t>______</w:t>
      </w:r>
      <w:r w:rsidR="00926154" w:rsidRPr="006258B3">
        <w:rPr>
          <w:rFonts w:ascii="Times New Roman" w:hAnsi="Times New Roman" w:cs="Times New Roman"/>
        </w:rPr>
        <w:t>_____________</w:t>
      </w:r>
      <w:r w:rsidR="00430CDE" w:rsidRPr="006258B3">
        <w:rPr>
          <w:rFonts w:ascii="Times New Roman" w:hAnsi="Times New Roman" w:cs="Times New Roman"/>
        </w:rPr>
        <w:t>_____</w:t>
      </w:r>
      <w:r w:rsidRPr="006258B3">
        <w:rPr>
          <w:rFonts w:ascii="Times New Roman" w:hAnsi="Times New Roman" w:cs="Times New Roman"/>
        </w:rPr>
        <w:t>___</w:t>
      </w:r>
      <w:r w:rsidR="00926154" w:rsidRPr="006258B3">
        <w:rPr>
          <w:rFonts w:ascii="Times New Roman" w:hAnsi="Times New Roman" w:cs="Times New Roman"/>
        </w:rPr>
        <w:t>______________</w:t>
      </w:r>
      <w:r w:rsidRPr="006258B3">
        <w:rPr>
          <w:rFonts w:ascii="Times New Roman" w:hAnsi="Times New Roman" w:cs="Times New Roman"/>
        </w:rPr>
        <w:t xml:space="preserve"> nato/a _</w:t>
      </w:r>
      <w:r w:rsidR="00926154" w:rsidRPr="006258B3">
        <w:rPr>
          <w:rFonts w:ascii="Times New Roman" w:hAnsi="Times New Roman" w:cs="Times New Roman"/>
        </w:rPr>
        <w:t>___</w:t>
      </w:r>
      <w:r w:rsidRPr="006258B3">
        <w:rPr>
          <w:rFonts w:ascii="Times New Roman" w:hAnsi="Times New Roman" w:cs="Times New Roman"/>
        </w:rPr>
        <w:t>____</w:t>
      </w:r>
      <w:r w:rsidR="00430CDE" w:rsidRPr="006258B3">
        <w:rPr>
          <w:rFonts w:ascii="Times New Roman" w:hAnsi="Times New Roman" w:cs="Times New Roman"/>
        </w:rPr>
        <w:t>_</w:t>
      </w:r>
      <w:r w:rsidRPr="006258B3">
        <w:rPr>
          <w:rFonts w:ascii="Times New Roman" w:hAnsi="Times New Roman" w:cs="Times New Roman"/>
        </w:rPr>
        <w:t>_____________ il _____</w:t>
      </w:r>
      <w:r w:rsidR="00430CDE" w:rsidRPr="006258B3">
        <w:rPr>
          <w:rFonts w:ascii="Times New Roman" w:hAnsi="Times New Roman" w:cs="Times New Roman"/>
        </w:rPr>
        <w:t>___</w:t>
      </w:r>
      <w:r w:rsidRPr="006258B3">
        <w:rPr>
          <w:rFonts w:ascii="Times New Roman" w:hAnsi="Times New Roman" w:cs="Times New Roman"/>
        </w:rPr>
        <w:t>________;</w:t>
      </w:r>
    </w:p>
    <w:p w14:paraId="1F3E0BB0" w14:textId="710EFC49" w:rsidR="001147E2" w:rsidRPr="006258B3" w:rsidRDefault="00000000" w:rsidP="00926154">
      <w:pPr>
        <w:spacing w:line="360" w:lineRule="auto"/>
        <w:jc w:val="both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consapevole delle sanzioni penali, nel caso di dichiarazioni non veritiere, di</w:t>
      </w:r>
      <w:r w:rsidR="00926154" w:rsidRPr="006258B3">
        <w:rPr>
          <w:rFonts w:ascii="Times New Roman" w:hAnsi="Times New Roman" w:cs="Times New Roman"/>
        </w:rPr>
        <w:t xml:space="preserve"> </w:t>
      </w:r>
      <w:r w:rsidRPr="006258B3">
        <w:rPr>
          <w:rFonts w:ascii="Times New Roman" w:hAnsi="Times New Roman" w:cs="Times New Roman"/>
        </w:rPr>
        <w:t>formazione o uso di atti falsi, richiamate dall'art. 76 D.P.R. n° 445/2000</w:t>
      </w:r>
    </w:p>
    <w:p w14:paraId="2A532B24" w14:textId="77777777" w:rsidR="001147E2" w:rsidRPr="006258B3" w:rsidRDefault="00000000" w:rsidP="00926154">
      <w:pPr>
        <w:spacing w:before="240" w:line="240" w:lineRule="auto"/>
        <w:jc w:val="center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  <w:b/>
        </w:rPr>
        <w:t>DICHIARA</w:t>
      </w:r>
    </w:p>
    <w:p w14:paraId="53AAD380" w14:textId="445F7AB7" w:rsidR="001147E2" w:rsidRPr="006258B3" w:rsidRDefault="00000000" w:rsidP="00926154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_____________________________________________</w:t>
      </w:r>
      <w:r w:rsidR="00430CDE" w:rsidRPr="006258B3">
        <w:rPr>
          <w:rFonts w:ascii="Times New Roman" w:hAnsi="Times New Roman" w:cs="Times New Roman"/>
        </w:rPr>
        <w:t>_________________________</w:t>
      </w:r>
      <w:r w:rsidRPr="006258B3">
        <w:rPr>
          <w:rFonts w:ascii="Times New Roman" w:hAnsi="Times New Roman" w:cs="Times New Roman"/>
        </w:rPr>
        <w:t>________</w:t>
      </w:r>
    </w:p>
    <w:p w14:paraId="5B80C405" w14:textId="29CDCFC5" w:rsidR="001147E2" w:rsidRPr="006258B3" w:rsidRDefault="00000000" w:rsidP="00926154">
      <w:pPr>
        <w:spacing w:line="240" w:lineRule="auto"/>
        <w:jc w:val="both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______________________________________________________________________</w:t>
      </w:r>
      <w:r w:rsidR="00430CDE" w:rsidRPr="006258B3">
        <w:rPr>
          <w:rFonts w:ascii="Times New Roman" w:hAnsi="Times New Roman" w:cs="Times New Roman"/>
        </w:rPr>
        <w:t>________</w:t>
      </w:r>
    </w:p>
    <w:p w14:paraId="75ECCA95" w14:textId="3FBF496F" w:rsidR="001147E2" w:rsidRPr="006258B3" w:rsidRDefault="00000000" w:rsidP="00926154">
      <w:pPr>
        <w:spacing w:line="240" w:lineRule="auto"/>
        <w:jc w:val="both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______________________________________________________________________________</w:t>
      </w:r>
    </w:p>
    <w:p w14:paraId="18249D02" w14:textId="5573271B" w:rsidR="001147E2" w:rsidRPr="006258B3" w:rsidRDefault="00000000" w:rsidP="00926154">
      <w:pPr>
        <w:spacing w:line="240" w:lineRule="auto"/>
        <w:jc w:val="both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______________________________________________________________________________</w:t>
      </w:r>
    </w:p>
    <w:p w14:paraId="7EBA876F" w14:textId="61D375C8" w:rsidR="001147E2" w:rsidRPr="006258B3" w:rsidRDefault="00000000" w:rsidP="00926154">
      <w:pPr>
        <w:spacing w:line="240" w:lineRule="auto"/>
        <w:jc w:val="both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______________________________________________________________________________</w:t>
      </w:r>
    </w:p>
    <w:p w14:paraId="54661DBA" w14:textId="6C2CCBC5" w:rsidR="001147E2" w:rsidRPr="006258B3" w:rsidRDefault="00000000" w:rsidP="00430CD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Dichiaro di essere informato, ai sensi e per gli effetti della vigente normativa in tema</w:t>
      </w:r>
      <w:r w:rsidR="00926154" w:rsidRPr="006258B3">
        <w:rPr>
          <w:rFonts w:ascii="Times New Roman" w:hAnsi="Times New Roman" w:cs="Times New Roman"/>
        </w:rPr>
        <w:t xml:space="preserve"> </w:t>
      </w:r>
      <w:r w:rsidRPr="006258B3">
        <w:rPr>
          <w:rFonts w:ascii="Times New Roman" w:hAnsi="Times New Roman" w:cs="Times New Roman"/>
        </w:rPr>
        <w:t>di tutela della privacy, che i dati personali raccolti saranno trattati, anche con</w:t>
      </w:r>
      <w:r w:rsidR="00926154" w:rsidRPr="006258B3">
        <w:rPr>
          <w:rFonts w:ascii="Times New Roman" w:hAnsi="Times New Roman" w:cs="Times New Roman"/>
        </w:rPr>
        <w:t xml:space="preserve"> </w:t>
      </w:r>
      <w:r w:rsidRPr="006258B3">
        <w:rPr>
          <w:rFonts w:ascii="Times New Roman" w:hAnsi="Times New Roman" w:cs="Times New Roman"/>
        </w:rPr>
        <w:t>strumenti informatici, esclusivamente nell'ambito del procedimento per il quale la</w:t>
      </w:r>
      <w:r w:rsidR="00926154" w:rsidRPr="006258B3">
        <w:rPr>
          <w:rFonts w:ascii="Times New Roman" w:hAnsi="Times New Roman" w:cs="Times New Roman"/>
        </w:rPr>
        <w:t xml:space="preserve"> </w:t>
      </w:r>
      <w:r w:rsidRPr="006258B3">
        <w:rPr>
          <w:rFonts w:ascii="Times New Roman" w:hAnsi="Times New Roman" w:cs="Times New Roman"/>
        </w:rPr>
        <w:t>presente dichiarazione viene resa.</w:t>
      </w:r>
    </w:p>
    <w:p w14:paraId="1FE3369B" w14:textId="77777777" w:rsidR="00926154" w:rsidRPr="006258B3" w:rsidRDefault="00926154" w:rsidP="00430CD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F440432" w14:textId="5750D738" w:rsidR="001147E2" w:rsidRPr="006258B3" w:rsidRDefault="00000000" w:rsidP="00430CDE">
      <w:pPr>
        <w:spacing w:line="360" w:lineRule="auto"/>
        <w:jc w:val="both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Letojanni, lì ____________________</w:t>
      </w:r>
    </w:p>
    <w:p w14:paraId="7F61CB66" w14:textId="02B60FBF" w:rsidR="001147E2" w:rsidRPr="006258B3" w:rsidRDefault="00000000" w:rsidP="00926154">
      <w:pPr>
        <w:tabs>
          <w:tab w:val="left" w:pos="5954"/>
        </w:tabs>
        <w:spacing w:line="360" w:lineRule="auto"/>
        <w:ind w:left="5040"/>
        <w:jc w:val="center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>IL DICHIARANTE</w:t>
      </w:r>
    </w:p>
    <w:p w14:paraId="3C994B97" w14:textId="316DCC7D" w:rsidR="00926154" w:rsidRPr="006258B3" w:rsidRDefault="00000000" w:rsidP="00926154">
      <w:pPr>
        <w:spacing w:line="360" w:lineRule="auto"/>
        <w:jc w:val="right"/>
        <w:rPr>
          <w:rFonts w:ascii="Times New Roman" w:hAnsi="Times New Roman" w:cs="Times New Roman"/>
        </w:rPr>
      </w:pPr>
      <w:r w:rsidRPr="006258B3">
        <w:rPr>
          <w:rFonts w:ascii="Times New Roman" w:hAnsi="Times New Roman" w:cs="Times New Roman"/>
        </w:rPr>
        <w:t xml:space="preserve">                                                ________________________________</w:t>
      </w:r>
    </w:p>
    <w:p w14:paraId="6E742814" w14:textId="77777777" w:rsidR="00926154" w:rsidRPr="006258B3" w:rsidRDefault="00926154" w:rsidP="00926154">
      <w:pPr>
        <w:spacing w:line="360" w:lineRule="auto"/>
        <w:jc w:val="right"/>
        <w:rPr>
          <w:rFonts w:ascii="Times New Roman" w:hAnsi="Times New Roman" w:cs="Times New Roman"/>
        </w:rPr>
      </w:pPr>
    </w:p>
    <w:p w14:paraId="29B43DDD" w14:textId="77777777" w:rsidR="00926154" w:rsidRDefault="00926154" w:rsidP="00926154">
      <w:pPr>
        <w:spacing w:line="360" w:lineRule="auto"/>
        <w:jc w:val="right"/>
        <w:rPr>
          <w:rFonts w:ascii="Times New Roman" w:hAnsi="Times New Roman" w:cs="Times New Roman"/>
        </w:rPr>
      </w:pPr>
    </w:p>
    <w:p w14:paraId="271AFD8A" w14:textId="77777777" w:rsidR="006258B3" w:rsidRPr="006258B3" w:rsidRDefault="006258B3" w:rsidP="00926154">
      <w:pPr>
        <w:spacing w:line="360" w:lineRule="auto"/>
        <w:jc w:val="right"/>
        <w:rPr>
          <w:rFonts w:ascii="Times New Roman" w:hAnsi="Times New Roman" w:cs="Times New Roman"/>
        </w:rPr>
      </w:pPr>
    </w:p>
    <w:p w14:paraId="5B4E0FD6" w14:textId="5FF5BD84" w:rsidR="00430CDE" w:rsidRPr="00926154" w:rsidRDefault="00430CDE" w:rsidP="00430CDE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258B3">
        <w:rPr>
          <w:rFonts w:ascii="Times New Roman" w:hAnsi="Times New Roman" w:cs="Times New Roman"/>
          <w:sz w:val="16"/>
          <w:szCs w:val="16"/>
        </w:rPr>
        <w:t>Ai sensi dell’art. 38 D.P.R. 445 del 28/12/2000, la dichiarazione è sottoscritta dall’interessato in presenza del dipendente addetto ovvero sottoscritta o inviata insieme alla fotocopia, non autentica di un documento d’identità del dichiarante all’ufficio competente via FAX, tramite un incaricato, oppure a mezzo posta.</w:t>
      </w:r>
    </w:p>
    <w:sectPr w:rsidR="00430CDE" w:rsidRPr="009261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786534">
    <w:abstractNumId w:val="8"/>
  </w:num>
  <w:num w:numId="2" w16cid:durableId="148060615">
    <w:abstractNumId w:val="6"/>
  </w:num>
  <w:num w:numId="3" w16cid:durableId="1721903889">
    <w:abstractNumId w:val="5"/>
  </w:num>
  <w:num w:numId="4" w16cid:durableId="1068460867">
    <w:abstractNumId w:val="4"/>
  </w:num>
  <w:num w:numId="5" w16cid:durableId="1649556325">
    <w:abstractNumId w:val="7"/>
  </w:num>
  <w:num w:numId="6" w16cid:durableId="1774670430">
    <w:abstractNumId w:val="3"/>
  </w:num>
  <w:num w:numId="7" w16cid:durableId="65734673">
    <w:abstractNumId w:val="2"/>
  </w:num>
  <w:num w:numId="8" w16cid:durableId="1510214984">
    <w:abstractNumId w:val="1"/>
  </w:num>
  <w:num w:numId="9" w16cid:durableId="158638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47E2"/>
    <w:rsid w:val="0015074B"/>
    <w:rsid w:val="0029639D"/>
    <w:rsid w:val="002B00BD"/>
    <w:rsid w:val="00326F90"/>
    <w:rsid w:val="00430CDE"/>
    <w:rsid w:val="006258B3"/>
    <w:rsid w:val="006E7727"/>
    <w:rsid w:val="00926154"/>
    <w:rsid w:val="00AA1D8D"/>
    <w:rsid w:val="00AE63CC"/>
    <w:rsid w:val="00AF3B80"/>
    <w:rsid w:val="00B47730"/>
    <w:rsid w:val="00B65882"/>
    <w:rsid w:val="00C25EA6"/>
    <w:rsid w:val="00C8245F"/>
    <w:rsid w:val="00CB0664"/>
    <w:rsid w:val="00F76D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B1716"/>
  <w14:defaultImageDpi w14:val="300"/>
  <w15:docId w15:val="{5E635584-43C3-48D1-A8ED-E1C3F349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9</cp:revision>
  <dcterms:created xsi:type="dcterms:W3CDTF">2026-05-14T09:25:00Z</dcterms:created>
  <dcterms:modified xsi:type="dcterms:W3CDTF">2026-06-09T11:53:00Z</dcterms:modified>
  <cp:category/>
</cp:coreProperties>
</file>